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C2257" w14:textId="07F2129B" w:rsidR="007C4E2A" w:rsidRDefault="00C34BA6" w:rsidP="00C34BA6">
      <w:pPr>
        <w:spacing w:after="0" w:line="240" w:lineRule="auto"/>
        <w:rPr>
          <w:rFonts w:ascii="Times New Roman" w:hAnsi="Times New Roman"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                                                                                                                   </w:t>
      </w:r>
      <w:r w:rsidR="0099723F" w:rsidRPr="0099723F">
        <w:rPr>
          <w:rFonts w:ascii="Times New Roman" w:hAnsi="Times New Roman"/>
          <w:bCs/>
          <w:sz w:val="20"/>
          <w:szCs w:val="20"/>
          <w:lang w:val="ru-RU"/>
        </w:rPr>
        <w:t>Приложение 2</w:t>
      </w:r>
    </w:p>
    <w:p w14:paraId="1AEF2BC1" w14:textId="2C535E9F" w:rsidR="006B7F91" w:rsidRPr="006B7F91" w:rsidRDefault="00C34BA6" w:rsidP="006B7F91">
      <w:pPr>
        <w:ind w:left="6237"/>
        <w:jc w:val="right"/>
        <w:rPr>
          <w:rFonts w:ascii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Cs/>
          <w:sz w:val="20"/>
          <w:szCs w:val="20"/>
          <w:lang w:val="ru-RU"/>
        </w:rPr>
        <w:t>к</w:t>
      </w:r>
      <w:r w:rsidR="006B7F91" w:rsidRPr="006B7F9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Приказу ГБОУ ДПО ТО УМЦ</w:t>
      </w:r>
    </w:p>
    <w:p w14:paraId="646E3D63" w14:textId="04B07EB2" w:rsidR="006B7F91" w:rsidRPr="00C34BA6" w:rsidRDefault="006B7F91" w:rsidP="006B7F91">
      <w:pPr>
        <w:ind w:left="6237"/>
        <w:jc w:val="right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C34BA6">
        <w:rPr>
          <w:rFonts w:ascii="Times New Roman" w:hAnsi="Times New Roman" w:cs="Times New Roman"/>
          <w:bCs/>
          <w:sz w:val="20"/>
          <w:szCs w:val="20"/>
          <w:lang w:val="ru-RU"/>
        </w:rPr>
        <w:t>от _</w:t>
      </w:r>
      <w:r w:rsidR="003D01B0">
        <w:rPr>
          <w:rFonts w:ascii="Times New Roman" w:hAnsi="Times New Roman" w:cs="Times New Roman"/>
          <w:bCs/>
          <w:sz w:val="20"/>
          <w:szCs w:val="20"/>
          <w:lang w:val="ru-RU"/>
        </w:rPr>
        <w:t>11.08.2026 г.</w:t>
      </w:r>
      <w:r w:rsidRPr="00C34BA6">
        <w:rPr>
          <w:rFonts w:ascii="Times New Roman" w:hAnsi="Times New Roman" w:cs="Times New Roman"/>
          <w:bCs/>
          <w:sz w:val="20"/>
          <w:szCs w:val="20"/>
          <w:lang w:val="ru-RU"/>
        </w:rPr>
        <w:t>_ № _</w:t>
      </w:r>
      <w:r w:rsidR="003D01B0">
        <w:rPr>
          <w:rFonts w:ascii="Times New Roman" w:hAnsi="Times New Roman" w:cs="Times New Roman"/>
          <w:bCs/>
          <w:sz w:val="20"/>
          <w:szCs w:val="20"/>
          <w:lang w:val="ru-RU"/>
        </w:rPr>
        <w:t>119</w:t>
      </w:r>
      <w:bookmarkStart w:id="0" w:name="_GoBack"/>
      <w:bookmarkEnd w:id="0"/>
      <w:r w:rsidRPr="00C34BA6">
        <w:rPr>
          <w:rFonts w:ascii="Times New Roman" w:hAnsi="Times New Roman" w:cs="Times New Roman"/>
          <w:bCs/>
          <w:sz w:val="20"/>
          <w:szCs w:val="20"/>
          <w:lang w:val="ru-RU"/>
        </w:rPr>
        <w:t>_</w:t>
      </w:r>
    </w:p>
    <w:p w14:paraId="13540FCF" w14:textId="77777777" w:rsidR="006B7F91" w:rsidRPr="0099723F" w:rsidRDefault="006B7F91" w:rsidP="0099723F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ru-RU"/>
        </w:rPr>
      </w:pPr>
    </w:p>
    <w:p w14:paraId="1E0E5D24" w14:textId="1718AD6A" w:rsidR="007C4E2A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7C4E2A">
        <w:rPr>
          <w:rFonts w:ascii="Times New Roman" w:hAnsi="Times New Roman"/>
          <w:b/>
          <w:noProof/>
          <w:sz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5E889AD" wp14:editId="3A30C984">
            <wp:simplePos x="0" y="0"/>
            <wp:positionH relativeFrom="column">
              <wp:posOffset>2722245</wp:posOffset>
            </wp:positionH>
            <wp:positionV relativeFrom="paragraph">
              <wp:posOffset>112395</wp:posOffset>
            </wp:positionV>
            <wp:extent cx="1057275" cy="1068830"/>
            <wp:effectExtent l="0" t="0" r="0" b="0"/>
            <wp:wrapTight wrapText="bothSides">
              <wp:wrapPolygon edited="0">
                <wp:start x="7395" y="0"/>
                <wp:lineTo x="5059" y="770"/>
                <wp:lineTo x="0" y="5005"/>
                <wp:lineTo x="0" y="14631"/>
                <wp:lineTo x="2335" y="18481"/>
                <wp:lineTo x="2335" y="18866"/>
                <wp:lineTo x="6616" y="21176"/>
                <wp:lineTo x="7005" y="21176"/>
                <wp:lineTo x="14011" y="21176"/>
                <wp:lineTo x="14789" y="21176"/>
                <wp:lineTo x="18681" y="18866"/>
                <wp:lineTo x="18681" y="18481"/>
                <wp:lineTo x="21016" y="15016"/>
                <wp:lineTo x="21016" y="4620"/>
                <wp:lineTo x="16735" y="1155"/>
                <wp:lineTo x="13622" y="0"/>
                <wp:lineTo x="7395" y="0"/>
              </wp:wrapPolygon>
            </wp:wrapTight>
            <wp:docPr id="1" name="Рисунок 1" descr="C:\Users\Пользователь\Downloads\3d075063-51df-4cfa-b98c-bbb94f34b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3d075063-51df-4cfa-b98c-bbb94f34bf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0" t="4762" r="6666" b="7143"/>
                    <a:stretch/>
                  </pic:blipFill>
                  <pic:spPr bwMode="auto">
                    <a:xfrm>
                      <a:off x="0" y="0"/>
                      <a:ext cx="1057275" cy="1068830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E27529C" w14:textId="77777777" w:rsidR="0099723F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352A627E" w14:textId="77777777" w:rsidR="0099723F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216698BA" w14:textId="77777777" w:rsidR="0099723F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61FE1384" w14:textId="77777777" w:rsidR="0099723F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025B03CC" w14:textId="77777777" w:rsidR="0099723F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2E21B408" w14:textId="77777777" w:rsidR="0099723F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6686992F" w14:textId="77777777" w:rsidR="0099723F" w:rsidRDefault="0099723F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2817F962" w14:textId="5E04503A" w:rsidR="007C4E2A" w:rsidRPr="007C4E2A" w:rsidRDefault="007C4E2A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7C4E2A">
        <w:rPr>
          <w:rFonts w:ascii="Times New Roman" w:hAnsi="Times New Roman"/>
          <w:b/>
          <w:sz w:val="24"/>
          <w:lang w:val="ru-RU"/>
        </w:rPr>
        <w:t>ГОСУДАРСТВЕННОЕ БЮДЖЕТНОЕ ОБРАЗОВАТЕЛЬНОЕ УЧРЕЖДЕНИЕ</w:t>
      </w:r>
      <w:r w:rsidRPr="007C4E2A">
        <w:rPr>
          <w:rFonts w:ascii="Times New Roman" w:hAnsi="Times New Roman"/>
          <w:b/>
          <w:sz w:val="24"/>
          <w:lang w:val="ru-RU"/>
        </w:rPr>
        <w:br/>
        <w:t xml:space="preserve">ДОПОЛНИТЕЛЬНОГО ПРОФЕССИОНАЛЬНОГО ОБРАЗОВАНИЯ </w:t>
      </w:r>
    </w:p>
    <w:p w14:paraId="3AC6ED22" w14:textId="77777777" w:rsidR="0088198C" w:rsidRPr="007C4E2A" w:rsidRDefault="007C4E2A" w:rsidP="007C4E2A">
      <w:pPr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7C4E2A">
        <w:rPr>
          <w:rFonts w:ascii="Times New Roman" w:hAnsi="Times New Roman"/>
          <w:b/>
          <w:sz w:val="24"/>
          <w:lang w:val="ru-RU"/>
        </w:rPr>
        <w:t>ТВЕРСКОЙ ОБЛАСТИ</w:t>
      </w:r>
      <w:r w:rsidRPr="007C4E2A">
        <w:rPr>
          <w:rFonts w:ascii="Times New Roman" w:hAnsi="Times New Roman"/>
          <w:b/>
          <w:sz w:val="24"/>
          <w:lang w:val="ru-RU"/>
        </w:rPr>
        <w:br/>
        <w:t>«ТВЕРСКОЙ ОБЛАСТНОЙ УЧЕБНО-МЕТОДИЧЕСКИЙ ЦЕНТР</w:t>
      </w:r>
      <w:r w:rsidRPr="007C4E2A">
        <w:rPr>
          <w:rFonts w:ascii="Times New Roman" w:hAnsi="Times New Roman"/>
          <w:b/>
          <w:sz w:val="24"/>
          <w:lang w:val="ru-RU"/>
        </w:rPr>
        <w:br/>
        <w:t>УЧЕБНЫХ ЗАВЕДЕНИЙ КУЛЬТУРЫ И ИСКУССТВА»</w:t>
      </w:r>
    </w:p>
    <w:p w14:paraId="7C840498" w14:textId="77777777" w:rsidR="0088198C" w:rsidRPr="007C4E2A" w:rsidRDefault="007C4E2A">
      <w:pPr>
        <w:jc w:val="center"/>
        <w:rPr>
          <w:rFonts w:ascii="Times New Roman" w:hAnsi="Times New Roman" w:cs="Times New Roman"/>
          <w:lang w:val="ru-RU"/>
        </w:rPr>
      </w:pPr>
      <w:r w:rsidRPr="007C4E2A">
        <w:rPr>
          <w:rFonts w:ascii="Times New Roman" w:hAnsi="Times New Roman"/>
          <w:b/>
          <w:sz w:val="28"/>
          <w:lang w:val="ru-RU"/>
        </w:rPr>
        <w:br/>
        <w:t>СОГЛАСИЕ</w:t>
      </w:r>
      <w:r w:rsidRPr="007C4E2A">
        <w:rPr>
          <w:rFonts w:ascii="Times New Roman" w:hAnsi="Times New Roman"/>
          <w:b/>
          <w:sz w:val="28"/>
          <w:lang w:val="ru-RU"/>
        </w:rPr>
        <w:br/>
      </w:r>
      <w:r w:rsidRPr="007C4E2A">
        <w:rPr>
          <w:rFonts w:ascii="Times New Roman" w:hAnsi="Times New Roman" w:cs="Times New Roman"/>
          <w:sz w:val="24"/>
          <w:lang w:val="ru-RU"/>
        </w:rPr>
        <w:t>на использование материалов педагогической деятельности</w:t>
      </w:r>
      <w:r w:rsidRPr="007C4E2A">
        <w:rPr>
          <w:rFonts w:ascii="Times New Roman" w:hAnsi="Times New Roman" w:cs="Times New Roman"/>
          <w:sz w:val="24"/>
          <w:lang w:val="ru-RU"/>
        </w:rPr>
        <w:br/>
        <w:t>и распространение персональных данных</w:t>
      </w:r>
    </w:p>
    <w:p w14:paraId="7C1F1D1D" w14:textId="55D992F1" w:rsidR="0088198C" w:rsidRPr="007C4E2A" w:rsidRDefault="007C4E2A">
      <w:pPr>
        <w:rPr>
          <w:rFonts w:ascii="Times New Roman" w:hAnsi="Times New Roman" w:cs="Times New Roman"/>
          <w:sz w:val="24"/>
          <w:szCs w:val="24"/>
        </w:rPr>
      </w:pPr>
      <w:r w:rsidRPr="007C4E2A">
        <w:rPr>
          <w:rFonts w:ascii="Times New Roman" w:hAnsi="Times New Roman"/>
          <w:sz w:val="28"/>
          <w:lang w:val="ru-RU"/>
        </w:rPr>
        <w:br/>
        <w:t>Я, ___________________________________________________________________</w:t>
      </w:r>
      <w:r>
        <w:rPr>
          <w:rFonts w:ascii="Times New Roman" w:hAnsi="Times New Roman"/>
          <w:sz w:val="28"/>
          <w:lang w:val="ru-RU"/>
        </w:rPr>
        <w:t>_</w:t>
      </w:r>
      <w:r>
        <w:rPr>
          <w:rFonts w:ascii="Times New Roman" w:hAnsi="Times New Roman"/>
          <w:sz w:val="28"/>
          <w:lang w:val="ru-RU"/>
        </w:rPr>
        <w:softHyphen/>
      </w:r>
      <w:r>
        <w:rPr>
          <w:rFonts w:ascii="Times New Roman" w:hAnsi="Times New Roman"/>
          <w:sz w:val="28"/>
          <w:lang w:val="ru-RU"/>
        </w:rPr>
        <w:softHyphen/>
        <w:t>_</w:t>
      </w:r>
      <w:r w:rsidRPr="007C4E2A">
        <w:rPr>
          <w:rFonts w:ascii="Times New Roman" w:hAnsi="Times New Roman"/>
          <w:sz w:val="28"/>
          <w:lang w:val="ru-RU"/>
        </w:rPr>
        <w:br/>
        <w:t>(фамилия, имя, отчество полностью)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br/>
        <w:t>должность _____________________________________________________________________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br/>
        <w:t>место работы __________________________________________________________________</w:t>
      </w:r>
      <w:r>
        <w:rPr>
          <w:rFonts w:ascii="Times New Roman" w:hAnsi="Times New Roman"/>
          <w:sz w:val="28"/>
          <w:lang w:val="ru-RU"/>
        </w:rPr>
        <w:t>___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br/>
        <w:t>настоящим даю согласие Государственному бюджетному образовательному учреждению дополнительного профессионального образования Тверской области «Тверской областной учебно-методический центр учебных заведений культуры и искусства» (далее – Учреждение)</w:t>
      </w:r>
      <w:r w:rsidR="0099723F">
        <w:rPr>
          <w:rFonts w:ascii="Times New Roman" w:hAnsi="Times New Roman"/>
          <w:sz w:val="28"/>
          <w:lang w:val="ru-RU"/>
        </w:rPr>
        <w:t xml:space="preserve">, </w:t>
      </w:r>
      <w:r w:rsidR="0099723F" w:rsidRPr="00F16480">
        <w:rPr>
          <w:rFonts w:ascii="Times New Roman" w:hAnsi="Times New Roman"/>
          <w:sz w:val="28"/>
          <w:lang w:val="ru-RU"/>
        </w:rPr>
        <w:t>расположенному по адресу: 170100, г. Тверь, ул. Андрея Дементьева, д.34,</w:t>
      </w:r>
      <w:r w:rsidR="0099723F" w:rsidRPr="007C4E2A">
        <w:rPr>
          <w:rFonts w:ascii="Times New Roman" w:hAnsi="Times New Roman"/>
          <w:sz w:val="28"/>
          <w:lang w:val="ru-RU"/>
        </w:rPr>
        <w:t xml:space="preserve"> </w:t>
      </w:r>
      <w:r w:rsidRPr="007C4E2A">
        <w:rPr>
          <w:rFonts w:ascii="Times New Roman" w:hAnsi="Times New Roman"/>
          <w:sz w:val="28"/>
          <w:lang w:val="ru-RU"/>
        </w:rPr>
        <w:t>на использование, хранение, обработку, размещение и распространение предоставленных мной материалов профессиональной деятельности.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br/>
        <w:t>Согласие распространяется на: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lastRenderedPageBreak/>
        <w:t>• методические разработки;</w:t>
      </w:r>
      <w:r w:rsidRPr="007C4E2A">
        <w:rPr>
          <w:rFonts w:ascii="Times New Roman" w:hAnsi="Times New Roman"/>
          <w:sz w:val="28"/>
          <w:lang w:val="ru-RU"/>
        </w:rPr>
        <w:br/>
        <w:t>• учебно-методические пособия;</w:t>
      </w:r>
      <w:r w:rsidRPr="007C4E2A">
        <w:rPr>
          <w:rFonts w:ascii="Times New Roman" w:hAnsi="Times New Roman"/>
          <w:sz w:val="28"/>
          <w:lang w:val="ru-RU"/>
        </w:rPr>
        <w:br/>
        <w:t>• образовательные программы;</w:t>
      </w:r>
      <w:r w:rsidRPr="007C4E2A">
        <w:rPr>
          <w:rFonts w:ascii="Times New Roman" w:hAnsi="Times New Roman"/>
          <w:sz w:val="28"/>
          <w:lang w:val="ru-RU"/>
        </w:rPr>
        <w:br/>
        <w:t>• статьи, доклады, публикации;</w:t>
      </w:r>
      <w:r w:rsidRPr="007C4E2A">
        <w:rPr>
          <w:rFonts w:ascii="Times New Roman" w:hAnsi="Times New Roman"/>
          <w:sz w:val="28"/>
          <w:lang w:val="ru-RU"/>
        </w:rPr>
        <w:br/>
        <w:t>• презентации;</w:t>
      </w:r>
      <w:r w:rsidRPr="007C4E2A">
        <w:rPr>
          <w:rFonts w:ascii="Times New Roman" w:hAnsi="Times New Roman"/>
          <w:sz w:val="28"/>
          <w:lang w:val="ru-RU"/>
        </w:rPr>
        <w:br/>
        <w:t>• сценарии мероприятий;</w:t>
      </w:r>
      <w:r w:rsidRPr="007C4E2A">
        <w:rPr>
          <w:rFonts w:ascii="Times New Roman" w:hAnsi="Times New Roman"/>
          <w:sz w:val="28"/>
          <w:lang w:val="ru-RU"/>
        </w:rPr>
        <w:br/>
        <w:t>• материалы инновационного педагогического опыта;</w:t>
      </w:r>
      <w:r w:rsidRPr="007C4E2A">
        <w:rPr>
          <w:rFonts w:ascii="Times New Roman" w:hAnsi="Times New Roman"/>
          <w:sz w:val="28"/>
          <w:lang w:val="ru-RU"/>
        </w:rPr>
        <w:br/>
        <w:t>• фото-, видео- и иные информационные материалы.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br/>
        <w:t>Материалы могут использоваться в целях:</w:t>
      </w:r>
      <w:r w:rsidRPr="007C4E2A">
        <w:rPr>
          <w:rFonts w:ascii="Times New Roman" w:hAnsi="Times New Roman"/>
          <w:sz w:val="28"/>
          <w:lang w:val="ru-RU"/>
        </w:rPr>
        <w:br/>
        <w:t>• размещения на официальном сайте Учреждения;</w:t>
      </w:r>
      <w:r w:rsidRPr="007C4E2A">
        <w:rPr>
          <w:rFonts w:ascii="Times New Roman" w:hAnsi="Times New Roman"/>
          <w:sz w:val="28"/>
          <w:lang w:val="ru-RU"/>
        </w:rPr>
        <w:br/>
        <w:t>• публикации в печатных и электронных изданиях;</w:t>
      </w:r>
      <w:r w:rsidRPr="007C4E2A">
        <w:rPr>
          <w:rFonts w:ascii="Times New Roman" w:hAnsi="Times New Roman"/>
          <w:sz w:val="28"/>
          <w:lang w:val="ru-RU"/>
        </w:rPr>
        <w:br/>
        <w:t>• проведения курсов повышения квалификации, профессиональной переподготовки, семинаров, конференций, вебинаров, мастер-классов и иных образовательных мероприятий;</w:t>
      </w:r>
      <w:r w:rsidRPr="007C4E2A">
        <w:rPr>
          <w:rFonts w:ascii="Times New Roman" w:hAnsi="Times New Roman"/>
          <w:sz w:val="28"/>
          <w:lang w:val="ru-RU"/>
        </w:rPr>
        <w:br/>
        <w:t>• изучения, обобщения и распространения передового педагогического опыта;</w:t>
      </w:r>
      <w:r w:rsidRPr="007C4E2A">
        <w:rPr>
          <w:rFonts w:ascii="Times New Roman" w:hAnsi="Times New Roman"/>
          <w:sz w:val="28"/>
          <w:lang w:val="ru-RU"/>
        </w:rPr>
        <w:br/>
        <w:t>• организации профессионального взаимодействия педагогических работников;</w:t>
      </w:r>
      <w:r w:rsidRPr="007C4E2A">
        <w:rPr>
          <w:rFonts w:ascii="Times New Roman" w:hAnsi="Times New Roman"/>
          <w:sz w:val="28"/>
          <w:lang w:val="ru-RU"/>
        </w:rPr>
        <w:br/>
        <w:t>• предоставления доступа к материалам третьим лицам в образовательных, методических, научно-просветительских и культурных целях.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br/>
        <w:t>Одновременно даю согласие на размещение и распространение следующих персональных данных:</w:t>
      </w:r>
      <w:r w:rsidRPr="007C4E2A">
        <w:rPr>
          <w:rFonts w:ascii="Times New Roman" w:hAnsi="Times New Roman"/>
          <w:sz w:val="28"/>
          <w:lang w:val="ru-RU"/>
        </w:rPr>
        <w:br/>
        <w:t>• фамилия, имя, отчество;</w:t>
      </w:r>
      <w:r w:rsidRPr="007C4E2A">
        <w:rPr>
          <w:rFonts w:ascii="Times New Roman" w:hAnsi="Times New Roman"/>
          <w:sz w:val="28"/>
          <w:lang w:val="ru-RU"/>
        </w:rPr>
        <w:br/>
        <w:t>• должность;</w:t>
      </w:r>
      <w:r w:rsidRPr="007C4E2A">
        <w:rPr>
          <w:rFonts w:ascii="Times New Roman" w:hAnsi="Times New Roman"/>
          <w:sz w:val="28"/>
          <w:lang w:val="ru-RU"/>
        </w:rPr>
        <w:br/>
        <w:t>• место работы;</w:t>
      </w:r>
      <w:r w:rsidRPr="007C4E2A">
        <w:rPr>
          <w:rFonts w:ascii="Times New Roman" w:hAnsi="Times New Roman"/>
          <w:sz w:val="28"/>
          <w:lang w:val="ru-RU"/>
        </w:rPr>
        <w:br/>
        <w:t>• сведения о профессиональной деятельности и достижениях;</w:t>
      </w:r>
      <w:r w:rsidRPr="007C4E2A">
        <w:rPr>
          <w:rFonts w:ascii="Times New Roman" w:hAnsi="Times New Roman"/>
          <w:sz w:val="28"/>
          <w:lang w:val="ru-RU"/>
        </w:rPr>
        <w:br/>
        <w:t>• фотоизображения и видеоматериалы (при наличии).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rFonts w:ascii="Times New Roman" w:hAnsi="Times New Roman"/>
          <w:sz w:val="28"/>
          <w:lang w:val="ru-RU"/>
        </w:rPr>
        <w:br/>
        <w:t>Подтверждаю, что являюсь автором предоставленных материалов либо обладаю необходимыми правами на их использование и передачу Учреждению.</w:t>
      </w:r>
      <w:r w:rsidRPr="007C4E2A">
        <w:rPr>
          <w:rFonts w:ascii="Times New Roman" w:hAnsi="Times New Roman"/>
          <w:sz w:val="28"/>
          <w:lang w:val="ru-RU"/>
        </w:rPr>
        <w:br/>
        <w:t>Настоящее согласие предоставляется на безвозмездной основе и действует со дня его подписания до момента его отзыва в письменной форме.</w:t>
      </w:r>
      <w:r w:rsidRPr="007C4E2A">
        <w:rPr>
          <w:rFonts w:ascii="Times New Roman" w:hAnsi="Times New Roman"/>
          <w:sz w:val="28"/>
          <w:lang w:val="ru-RU"/>
        </w:rPr>
        <w:br/>
      </w:r>
      <w:r w:rsidRPr="007C4E2A">
        <w:rPr>
          <w:lang w:val="ru-RU"/>
        </w:rPr>
        <w:br/>
      </w:r>
      <w:r w:rsidRPr="007C4E2A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____» _______________ 20___</w:t>
      </w:r>
      <w:r w:rsidRPr="007C4E2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0ACE988" w14:textId="77777777" w:rsidR="0088198C" w:rsidRPr="007C4E2A" w:rsidRDefault="007C4E2A">
      <w:pPr>
        <w:rPr>
          <w:rFonts w:ascii="Times New Roman" w:hAnsi="Times New Roman" w:cs="Times New Roman"/>
          <w:sz w:val="24"/>
          <w:szCs w:val="24"/>
        </w:rPr>
      </w:pPr>
      <w:r>
        <w:br/>
        <w:t>_________________________            _________________________________</w:t>
      </w:r>
      <w:r>
        <w:br/>
      </w:r>
      <w:r w:rsidRPr="007C4E2A">
        <w:rPr>
          <w:rFonts w:ascii="Times New Roman" w:hAnsi="Times New Roman" w:cs="Times New Roman"/>
          <w:sz w:val="24"/>
          <w:szCs w:val="24"/>
        </w:rPr>
        <w:t xml:space="preserve">        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C4E2A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sectPr w:rsidR="0088198C" w:rsidRPr="007C4E2A" w:rsidSect="007C4E2A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01B0"/>
    <w:rsid w:val="006B7F91"/>
    <w:rsid w:val="007C4E2A"/>
    <w:rsid w:val="0088198C"/>
    <w:rsid w:val="0099723F"/>
    <w:rsid w:val="00AA1D8D"/>
    <w:rsid w:val="00B47730"/>
    <w:rsid w:val="00C34BA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0F7395"/>
  <w14:defaultImageDpi w14:val="300"/>
  <w15:docId w15:val="{02EB25C4-18D4-438A-80B6-1274E18B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arChar">
    <w:name w:val="Char Char Знак"/>
    <w:basedOn w:val="a1"/>
    <w:rsid w:val="006B7F91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03824B-CBF6-406E-9F43-BFE86EFD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2026-08-11T10:36:00Z</dcterms:modified>
  <cp:category/>
</cp:coreProperties>
</file>